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5748" w14:textId="3DDC4DA7" w:rsidR="00712915" w:rsidRDefault="00000000">
      <w:pPr>
        <w:pStyle w:val="Ttulo1"/>
      </w:pPr>
      <w:r>
        <w:t>AUTORIZACIÓN</w:t>
      </w:r>
    </w:p>
    <w:p w14:paraId="70B54A4F" w14:textId="483B3831" w:rsidR="00712915" w:rsidRDefault="00000000">
      <w:r>
        <w:t>D./Dña. ___________________________________________________________</w:t>
      </w:r>
    </w:p>
    <w:p w14:paraId="75F09AC7" w14:textId="77777777" w:rsidR="00712915" w:rsidRDefault="00000000">
      <w:r>
        <w:t>Mayor de edad, con D.N.I. ____________________________________________,</w:t>
      </w:r>
    </w:p>
    <w:p w14:paraId="2A6EBBA8" w14:textId="77777777" w:rsidR="00712915" w:rsidRDefault="00000000">
      <w:r>
        <w:t>Teléfono de contacto ______________ y mail: ____________________________</w:t>
      </w:r>
    </w:p>
    <w:p w14:paraId="7521DD24" w14:textId="77777777" w:rsidR="00712915" w:rsidRDefault="00000000">
      <w:r>
        <w:t>Padre, madre o tutor legal de ______________________________________, con</w:t>
      </w:r>
    </w:p>
    <w:p w14:paraId="2F2DA85D" w14:textId="77777777" w:rsidR="00712915" w:rsidRDefault="00000000">
      <w:r>
        <w:t>D.N.I. ________________________. Y fecha de nacimiento ___________________</w:t>
      </w:r>
    </w:p>
    <w:p w14:paraId="05A0BC0C" w14:textId="77777777" w:rsidR="00712915" w:rsidRDefault="00712915"/>
    <w:p w14:paraId="025ADE0C" w14:textId="77777777" w:rsidR="00712915" w:rsidRDefault="00000000">
      <w:r>
        <w:t>DECLARA que:</w:t>
      </w:r>
    </w:p>
    <w:p w14:paraId="730522FC" w14:textId="77777777" w:rsidR="00712915" w:rsidRDefault="00712915"/>
    <w:p w14:paraId="271C1955" w14:textId="77777777" w:rsidR="00712915" w:rsidRDefault="00000000">
      <w:r>
        <w:t>1. Autoriza al menor de edad arriba indicado a participar en los TORNEOS DE FÚTBOL SALA DE LAS FIESTAS DE SAN ROQUE 2025, que se celebrarán en el marco de dichas festividades.</w:t>
      </w:r>
    </w:p>
    <w:p w14:paraId="7C049F20" w14:textId="77777777" w:rsidR="00712915" w:rsidRDefault="00712915"/>
    <w:p w14:paraId="5859993E" w14:textId="77777777" w:rsidR="00712915" w:rsidRDefault="00000000">
      <w:r>
        <w:t>2. Autoriza a la organización del evento a tomar y utilizar imágenes y/o vídeos del menor durante su participación en el torneo, con fines informativos, promocionales o de archivo, en soportes físicos o digitales, incluidos redes sociales, páginas web y otros medios de difusión.</w:t>
      </w:r>
    </w:p>
    <w:p w14:paraId="0058BADE" w14:textId="77777777" w:rsidR="00712915" w:rsidRDefault="00712915"/>
    <w:p w14:paraId="670573DE" w14:textId="77777777" w:rsidR="00712915" w:rsidRDefault="00000000">
      <w:r>
        <w:t>Y para que así conste a los efectos oportunos, firma la presente en:</w:t>
      </w:r>
    </w:p>
    <w:p w14:paraId="573B05B5" w14:textId="77777777" w:rsidR="00712915" w:rsidRDefault="00712915"/>
    <w:p w14:paraId="0E56D4DD" w14:textId="77777777" w:rsidR="00712915" w:rsidRDefault="00000000">
      <w:r>
        <w:t>Localidad: __________________________</w:t>
      </w:r>
    </w:p>
    <w:p w14:paraId="3430C92D" w14:textId="77777777" w:rsidR="00712915" w:rsidRDefault="00000000">
      <w:r>
        <w:t>Fecha: ____ / ____ / 2025</w:t>
      </w:r>
    </w:p>
    <w:p w14:paraId="4EA2813D" w14:textId="77777777" w:rsidR="00712915" w:rsidRDefault="00712915"/>
    <w:p w14:paraId="4B44DC59" w14:textId="77777777" w:rsidR="00712915" w:rsidRDefault="00000000">
      <w:r>
        <w:t>Firma del padre/madre o tutor legal: _____________________________</w:t>
      </w:r>
    </w:p>
    <w:sectPr w:rsidR="0071291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CE014" w14:textId="77777777" w:rsidR="00DA28C2" w:rsidRDefault="00DA28C2" w:rsidP="005A5B2F">
      <w:pPr>
        <w:spacing w:after="0" w:line="240" w:lineRule="auto"/>
      </w:pPr>
      <w:r>
        <w:separator/>
      </w:r>
    </w:p>
  </w:endnote>
  <w:endnote w:type="continuationSeparator" w:id="0">
    <w:p w14:paraId="6309C54A" w14:textId="77777777" w:rsidR="00DA28C2" w:rsidRDefault="00DA28C2" w:rsidP="005A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E094" w14:textId="77777777" w:rsidR="00DA28C2" w:rsidRDefault="00DA28C2" w:rsidP="005A5B2F">
      <w:pPr>
        <w:spacing w:after="0" w:line="240" w:lineRule="auto"/>
      </w:pPr>
      <w:r>
        <w:separator/>
      </w:r>
    </w:p>
  </w:footnote>
  <w:footnote w:type="continuationSeparator" w:id="0">
    <w:p w14:paraId="5AEC4746" w14:textId="77777777" w:rsidR="00DA28C2" w:rsidRDefault="00DA28C2" w:rsidP="005A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E31E" w14:textId="18716324" w:rsidR="005A5B2F" w:rsidRDefault="005A5B2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16300E" wp14:editId="44E8C33F">
          <wp:simplePos x="0" y="0"/>
          <wp:positionH relativeFrom="column">
            <wp:posOffset>-314325</wp:posOffset>
          </wp:positionH>
          <wp:positionV relativeFrom="paragraph">
            <wp:posOffset>-752475</wp:posOffset>
          </wp:positionV>
          <wp:extent cx="1221738" cy="1562096"/>
          <wp:effectExtent l="0" t="0" r="0" b="4"/>
          <wp:wrapNone/>
          <wp:docPr id="62436914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1738" cy="15620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620785C" wp14:editId="763B6533">
          <wp:simplePos x="0" y="0"/>
          <wp:positionH relativeFrom="column">
            <wp:posOffset>4429125</wp:posOffset>
          </wp:positionH>
          <wp:positionV relativeFrom="paragraph">
            <wp:posOffset>-457200</wp:posOffset>
          </wp:positionV>
          <wp:extent cx="1476375" cy="914400"/>
          <wp:effectExtent l="0" t="0" r="9525" b="0"/>
          <wp:wrapNone/>
          <wp:docPr id="1500593060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456" cy="9144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1872615">
    <w:abstractNumId w:val="8"/>
  </w:num>
  <w:num w:numId="2" w16cid:durableId="392041515">
    <w:abstractNumId w:val="6"/>
  </w:num>
  <w:num w:numId="3" w16cid:durableId="844710911">
    <w:abstractNumId w:val="5"/>
  </w:num>
  <w:num w:numId="4" w16cid:durableId="423846490">
    <w:abstractNumId w:val="4"/>
  </w:num>
  <w:num w:numId="5" w16cid:durableId="1071006923">
    <w:abstractNumId w:val="7"/>
  </w:num>
  <w:num w:numId="6" w16cid:durableId="391194172">
    <w:abstractNumId w:val="3"/>
  </w:num>
  <w:num w:numId="7" w16cid:durableId="489176915">
    <w:abstractNumId w:val="2"/>
  </w:num>
  <w:num w:numId="8" w16cid:durableId="2057925020">
    <w:abstractNumId w:val="1"/>
  </w:num>
  <w:num w:numId="9" w16cid:durableId="161875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5DFC"/>
    <w:rsid w:val="005A5B2F"/>
    <w:rsid w:val="005D282E"/>
    <w:rsid w:val="00712915"/>
    <w:rsid w:val="00AA1D8D"/>
    <w:rsid w:val="00AB707D"/>
    <w:rsid w:val="00B47730"/>
    <w:rsid w:val="00CB0664"/>
    <w:rsid w:val="00DA28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73E58"/>
  <w14:defaultImageDpi w14:val="300"/>
  <w15:docId w15:val="{B034B4CD-CB30-4385-ACA1-03EEA415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2025-06-26T13:28:00Z</dcterms:created>
  <dcterms:modified xsi:type="dcterms:W3CDTF">2025-06-26T13:28:00Z</dcterms:modified>
  <cp:category/>
</cp:coreProperties>
</file>